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left"/>
      </w:pPr>
      <w:r>
        <w:rPr>
          <w:rFonts w:ascii="Georgia" w:hAnsi="Georgia" w:cs="Georgia" w:eastAsia="Georgia"/>
          <w:b w:val="0"/>
          <w:i w:val="0"/>
          <w:color w:val="374151"/>
          <w:sz w:val="22"/>
        </w:rPr>
        <w:t>January 15, 2027</w:t>
      </w:r>
    </w:p>
    <w:p>
      <w:pPr>
        <w:spacing w:before="0" w:after="0"/>
        <w:jc w:val="left"/>
      </w:pPr>
      <w:r>
        <w:rPr>
          <w:rFonts w:ascii="Georgia" w:hAnsi="Georgia" w:cs="Georgia" w:eastAsia="Georgia"/>
          <w:b w:val="0"/>
          <w:i w:val="0"/>
          <w:color w:val="111827"/>
          <w:sz w:val="22"/>
        </w:rPr>
        <w:t>Recipient Name</w:t>
      </w:r>
    </w:p>
    <w:p>
      <w:pPr>
        <w:spacing w:before="0" w:after="0"/>
        <w:jc w:val="left"/>
      </w:pPr>
      <w:r>
        <w:rPr>
          <w:rFonts w:ascii="Georgia" w:hAnsi="Georgia" w:cs="Georgia" w:eastAsia="Georgia"/>
          <w:b w:val="0"/>
          <w:i w:val="0"/>
          <w:color w:val="111827"/>
          <w:sz w:val="22"/>
        </w:rPr>
        <w:t>Title, Company</w:t>
      </w:r>
    </w:p>
    <w:p>
      <w:pPr>
        <w:spacing w:before="0" w:after="0"/>
        <w:jc w:val="left"/>
      </w:pPr>
      <w:r>
        <w:rPr>
          <w:rFonts w:ascii="Georgia" w:hAnsi="Georgia" w:cs="Georgia" w:eastAsia="Georgia"/>
          <w:b w:val="0"/>
          <w:i w:val="0"/>
          <w:color w:val="111827"/>
          <w:sz w:val="22"/>
        </w:rPr>
        <w:t>Street address</w:t>
      </w:r>
    </w:p>
    <w:p>
      <w:pPr>
        <w:spacing w:before="0" w:after="0"/>
        <w:jc w:val="left"/>
      </w:pPr>
      <w:r>
        <w:rPr>
          <w:rFonts w:ascii="Georgia" w:hAnsi="Georgia" w:cs="Georgia" w:eastAsia="Georgia"/>
          <w:b w:val="0"/>
          <w:i w:val="0"/>
          <w:color w:val="111827"/>
          <w:sz w:val="22"/>
        </w:rPr>
        <w:t>City, State ZIP</w:t>
      </w:r>
    </w:p>
    <w:p>
      <w:pPr>
        <w:spacing w:before="0" w:after="280"/>
        <w:jc w:val="left"/>
      </w:pPr>
    </w:p>
    <w:p>
      <w:pPr>
        <w:spacing w:before="0" w:after="200"/>
        <w:jc w:val="left"/>
      </w:pPr>
      <w:r>
        <w:rPr>
          <w:rFonts w:ascii="Georgia" w:hAnsi="Georgia" w:cs="Georgia" w:eastAsia="Georgia"/>
          <w:b w:val="0"/>
          <w:i w:val="0"/>
          <w:color w:val="111827"/>
          <w:sz w:val="22"/>
        </w:rPr>
        <w:t>Dear Recipient Name,</w:t>
      </w:r>
    </w:p>
    <w:p>
      <w:pPr>
        <w:spacing w:before="0" w:after="200" w:line="336" w:lineRule="auto"/>
        <w:jc w:val="left"/>
      </w:pPr>
      <w:r>
        <w:rPr>
          <w:rFonts w:ascii="Georgia" w:hAnsi="Georgia" w:cs="Georgia" w:eastAsia="Georgia"/>
          <w:b w:val="0"/>
          <w:i w:val="0"/>
          <w:color w:val="111827"/>
          <w:sz w:val="22"/>
        </w:rPr>
        <w:t>Thank you for taking the time to meet with us last week. This letterhead template gives every letter, quote and notice you send a consistent, professional look — just replace this text with your own.</w:t>
      </w:r>
    </w:p>
    <w:p>
      <w:pPr>
        <w:spacing w:before="0" w:after="200" w:line="336" w:lineRule="auto"/>
        <w:jc w:val="left"/>
      </w:pPr>
      <w:r>
        <w:rPr>
          <w:rFonts w:ascii="Georgia" w:hAnsi="Georgia" w:cs="Georgia" w:eastAsia="Georgia"/>
          <w:b w:val="0"/>
          <w:i w:val="0"/>
          <w:color w:val="111827"/>
          <w:sz w:val="22"/>
        </w:rPr>
        <w:t>Your company name, contact details and footer live in the page header and footer, so they repeat on every page automatically. Double-click the top of the page in Word or Google Docs to edit them once.</w:t>
      </w:r>
    </w:p>
    <w:p>
      <w:pPr>
        <w:spacing w:before="0" w:after="200" w:line="336" w:lineRule="auto"/>
        <w:jc w:val="left"/>
      </w:pPr>
      <w:r>
        <w:rPr>
          <w:rFonts w:ascii="Georgia" w:hAnsi="Georgia" w:cs="Georgia" w:eastAsia="Georgia"/>
          <w:b w:val="0"/>
          <w:i w:val="0"/>
          <w:color w:val="111827"/>
          <w:sz w:val="22"/>
        </w:rPr>
        <w:t>We look forward to working with you and will follow up with the next steps by the end of the month.</w:t>
      </w:r>
    </w:p>
    <w:p>
      <w:pPr>
        <w:spacing w:before="120" w:after="720"/>
        <w:jc w:val="left"/>
      </w:pPr>
      <w:r>
        <w:rPr>
          <w:rFonts w:ascii="Georgia" w:hAnsi="Georgia" w:cs="Georgia" w:eastAsia="Georgia"/>
          <w:b w:val="0"/>
          <w:i w:val="0"/>
          <w:color w:val="111827"/>
          <w:sz w:val="22"/>
        </w:rPr>
        <w:t>Sincerely,</w:t>
      </w:r>
    </w:p>
    <w:p>
      <w:pPr>
        <w:spacing w:before="0" w:after="0"/>
        <w:jc w:val="left"/>
      </w:pPr>
      <w:r>
        <w:rPr>
          <w:rFonts w:ascii="Georgia" w:hAnsi="Georgia" w:cs="Georgia" w:eastAsia="Georgia"/>
          <w:b w:val="0"/>
          <w:i w:val="0"/>
          <w:color w:val="111827"/>
          <w:sz w:val="22"/>
        </w:rPr>
        <w:t>Your Name</w:t>
      </w:r>
    </w:p>
    <w:p>
      <w:pPr>
        <w:spacing w:before="0" w:after="0"/>
        <w:jc w:val="left"/>
      </w:pPr>
      <w:r>
        <w:rPr>
          <w:rFonts w:ascii="Georgia" w:hAnsi="Georgia" w:cs="Georgia" w:eastAsia="Georgia"/>
          <w:b w:val="0"/>
          <w:i w:val="0"/>
          <w:color w:val="6B7280"/>
          <w:sz w:val="20"/>
        </w:rPr>
        <w:t>Title, Your Company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520" w:right="1440" w:bottom="1440" w:left="1440" w:header="648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cs="Georgia" w:eastAsia="Georgia"/>
        <w:b w:val="0"/>
        <w:i/>
        <w:color w:val="6B7280"/>
        <w:sz w:val="15"/>
      </w:rPr>
      <w:t>123 Main Street, Springfield, ST 12345   ·   (555) 123-4567   ·   hello@yourcompany.com   ·   yourcompany.com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Georgia" w:hAnsi="Georgia" w:cs="Georgia" w:eastAsia="Georgia"/>
        <w:b w:val="0"/>
        <w:i w:val="0"/>
        <w:color w:val="111827"/>
        <w:sz w:val="52"/>
      </w:rPr>
      <w:t>Your Company</w:t>
    </w:r>
  </w:p>
  <w:p>
    <w:pPr>
      <w:spacing w:before="80"/>
      <w:jc w:val="center"/>
    </w:pPr>
    <w:r>
      <w:rPr>
        <w:rFonts w:ascii="Arial" w:hAnsi="Arial" w:cs="Arial" w:eastAsia="Arial"/>
        <w:b w:val="0"/>
        <w:i w:val="0"/>
        <w:color w:val="6B7280"/>
        <w:sz w:val="15"/>
        <w:spacing w:val="60"/>
      </w:rPr>
      <w:t>STUDIO  ·  CONSULTING  ·  DESIGN</w:t>
    </w:r>
  </w:p>
  <w:p>
    <w:pPr>
      <w:spacing w:before="200" w:line="40" w:lineRule="exact"/>
      <w:pBdr>
        <w:bottom w:val="single" w:sz="4" w:space="1" w:color="111827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Arial" w:hAnsi="Arial" w:cs="Arial" w:eastAsia="Arial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NiftyShelf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