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left"/>
      </w:pPr>
      <w:r>
        <w:rPr>
          <w:rFonts w:ascii="Arial" w:hAnsi="Arial" w:cs="Arial" w:eastAsia="Arial"/>
          <w:b w:val="0"/>
          <w:i w:val="0"/>
          <w:color w:val="374151"/>
          <w:sz w:val="21"/>
        </w:rPr>
        <w:t>January 15, 2027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Recipient Name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Title, Company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Street address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City, State ZIP</w:t>
      </w:r>
    </w:p>
    <w:p>
      <w:pPr>
        <w:spacing w:before="0" w:after="280"/>
        <w:jc w:val="left"/>
      </w:pPr>
    </w:p>
    <w:p>
      <w:pPr>
        <w:spacing w:before="0" w:after="20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Dear Recipient Name,</w:t>
      </w:r>
    </w:p>
    <w:p>
      <w:pPr>
        <w:spacing w:before="0" w:after="200" w:line="336" w:lineRule="auto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Thank you for taking the time to meet with us last week. This letterhead template gives every letter, quote and notice you send a consistent, professional look — just replace this text with your own.</w:t>
      </w:r>
    </w:p>
    <w:p>
      <w:pPr>
        <w:spacing w:before="0" w:after="200" w:line="336" w:lineRule="auto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Your company name, contact details and footer live in the page header and footer, so they repeat on every page automatically. Double-click the top of the page in Word or Google Docs to edit them once.</w:t>
      </w:r>
    </w:p>
    <w:p>
      <w:pPr>
        <w:spacing w:before="0" w:after="200" w:line="336" w:lineRule="auto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We look forward to working with you and will follow up with the next steps by the end of the month.</w:t>
      </w:r>
    </w:p>
    <w:p>
      <w:pPr>
        <w:spacing w:before="120" w:after="720"/>
        <w:jc w:val="left"/>
      </w:pPr>
      <w:r>
        <w:rPr>
          <w:rFonts w:ascii="Arial" w:hAnsi="Arial" w:cs="Arial" w:eastAsia="Arial"/>
          <w:b w:val="0"/>
          <w:i w:val="0"/>
          <w:color w:val="111827"/>
          <w:sz w:val="21"/>
        </w:rPr>
        <w:t>Sincerely,</w:t>
      </w:r>
    </w:p>
    <w:p>
      <w:pPr>
        <w:spacing w:before="0" w:after="0"/>
        <w:jc w:val="left"/>
      </w:pPr>
      <w:r>
        <w:rPr>
          <w:rFonts w:ascii="Arial" w:hAnsi="Arial" w:cs="Arial" w:eastAsia="Arial"/>
          <w:b/>
          <w:i w:val="0"/>
          <w:color w:val="111827"/>
          <w:sz w:val="21"/>
        </w:rPr>
        <w:t>Your Name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6B7280"/>
          <w:sz w:val="19"/>
        </w:rPr>
        <w:t>Title, Your Company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232" w:right="1296" w:bottom="1440" w:left="1296" w:header="648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/>
        <w:i w:val="0"/>
        <w:color w:val="2F5BEA"/>
        <w:sz w:val="15"/>
      </w:rPr>
      <w:t>yourcompany.com</w:t>
    </w:r>
    <w:r>
      <w:rPr>
        <w:rFonts w:ascii="Arial" w:hAnsi="Arial" w:cs="Arial" w:eastAsia="Arial"/>
        <w:b w:val="0"/>
        <w:i w:val="0"/>
        <w:color w:val="9CA3AF"/>
        <w:sz w:val="15"/>
      </w:rPr>
      <w:t xml:space="preserve">   ·   Registered in Your State · Company No. 000000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4824"/>
      <w:gridCol w:w="4824"/>
    </w:tblGrid>
    <w:tr>
      <w:tc>
        <w:tcPr>
          <w:tcW w:type="dxa" w:w="5306"/>
        </w:tcPr>
        <w:p>
          <w:r>
            <w:rPr>
              <w:rFonts w:ascii="Arial" w:hAnsi="Arial" w:cs="Arial" w:eastAsia="Arial"/>
              <w:b w:val="0"/>
              <w:i w:val="0"/>
              <w:color w:val="2F5BEA"/>
              <w:sz w:val="40"/>
            </w:rPr>
            <w:t xml:space="preserve">■ </w:t>
          </w:r>
          <w:r>
            <w:rPr>
              <w:rFonts w:ascii="Arial" w:hAnsi="Arial" w:cs="Arial" w:eastAsia="Arial"/>
              <w:b/>
              <w:i w:val="0"/>
              <w:color w:val="111827"/>
              <w:sz w:val="36"/>
            </w:rPr>
            <w:t>Your Company</w:t>
          </w:r>
        </w:p>
        <w:p>
          <w:r>
            <w:rPr>
              <w:rFonts w:ascii="Arial" w:hAnsi="Arial" w:cs="Arial" w:eastAsia="Arial"/>
              <w:b w:val="0"/>
              <w:i w:val="0"/>
              <w:color w:val="6B7280"/>
              <w:sz w:val="17"/>
            </w:rPr>
            <w:t>Tagline or what you do</w:t>
          </w:r>
        </w:p>
      </w:tc>
      <w:tc>
        <w:tcPr>
          <w:tcW w:type="dxa" w:w="4342"/>
        </w:tcPr>
        <w:p>
          <w:pPr>
            <w:jc w:val="right"/>
          </w:pPr>
          <w:r>
            <w:rPr>
              <w:rFonts w:ascii="Arial" w:hAnsi="Arial" w:cs="Arial" w:eastAsia="Arial"/>
              <w:b w:val="0"/>
              <w:i w:val="0"/>
              <w:color w:val="374151"/>
              <w:sz w:val="16"/>
            </w:rPr>
            <w:t>123 Main Street, Suite 4</w:t>
          </w:r>
        </w:p>
        <w:p>
          <w:pPr>
            <w:jc w:val="right"/>
          </w:pPr>
          <w:r>
            <w:rPr>
              <w:rFonts w:ascii="Arial" w:hAnsi="Arial" w:cs="Arial" w:eastAsia="Arial"/>
              <w:b w:val="0"/>
              <w:i w:val="0"/>
              <w:color w:val="374151"/>
              <w:sz w:val="16"/>
            </w:rPr>
            <w:t>Springfield, ST 12345</w:t>
          </w:r>
        </w:p>
        <w:p>
          <w:pPr>
            <w:jc w:val="right"/>
          </w:pPr>
          <w:r>
            <w:rPr>
              <w:rFonts w:ascii="Arial" w:hAnsi="Arial" w:cs="Arial" w:eastAsia="Arial"/>
              <w:b w:val="0"/>
              <w:i w:val="0"/>
              <w:color w:val="374151"/>
              <w:sz w:val="16"/>
            </w:rPr>
            <w:t>(555) 123-4567  ·  hello@yourcompany.com</w:t>
          </w:r>
        </w:p>
      </w:tc>
    </w:tr>
  </w:tbl>
  <w:p>
    <w:pPr>
      <w:spacing w:before="160" w:line="40" w:lineRule="exact"/>
      <w:pBdr>
        <w:bottom w:val="single" w:sz="18" w:space="1" w:color="2F5B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